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5490"/>
          <w:sz w:val="48"/>
        </w:rPr>
        <w:t>GUIDA OPERATIVA PER GLI OPERATORI</w:t>
      </w:r>
    </w:p>
    <w:p>
      <w:pPr>
        <w:jc w:val="center"/>
      </w:pPr>
      <w:r>
        <w:rPr>
          <w:b/>
          <w:color w:val="D4A574"/>
          <w:sz w:val="24"/>
        </w:rPr>
        <w:t>Come Compilare il Form e Come Funziona la Web App</w:t>
      </w:r>
    </w:p>
    <w:p/>
    <w:p>
      <w:pPr>
        <w:jc w:val="both"/>
      </w:pPr>
      <w:r>
        <w:rPr>
          <w:sz w:val="22"/>
        </w:rPr>
        <w:t xml:space="preserve">Questa guida è per </w:t>
      </w:r>
      <w:r>
        <w:rPr>
          <w:b/>
        </w:rPr>
        <w:t xml:space="preserve">TUTTI gli operatori: </w:t>
      </w:r>
      <w:r>
        <w:t>negozi, bar, ristoranti, hotel, B&amp;B, parrucchieri, centri benessere, musicisti, artisti, artigiani, associazioni.</w:t>
      </w:r>
    </w:p>
    <w:p>
      <w:pPr>
        <w:jc w:val="both"/>
      </w:pPr>
      <w:r>
        <w:rPr>
          <w:sz w:val="22"/>
        </w:rPr>
        <w:t>Non importa quanto grande o piccola sia la vostra attività. Quello che importa è che abbiate una visione per il weekend.</w:t>
      </w:r>
    </w:p>
    <w:p>
      <w:pPr>
        <w:pStyle w:val="Heading1"/>
      </w:pPr>
      <w:r>
        <w:t>COME FUNZIONA (IN BREVE)</w:t>
      </w:r>
    </w:p>
    <w:p>
      <w:pPr>
        <w:pStyle w:val="ListBullet"/>
      </w:pPr>
      <w:r>
        <w:t>Compilate il form (5-10 minuti) con foto, descrizione, orari, contatti.</w:t>
      </w:r>
    </w:p>
    <w:p>
      <w:pPr>
        <w:pStyle w:val="ListBullet"/>
      </w:pPr>
      <w:r>
        <w:t>I dati vanno automaticamente in una mappa interattiva (web app).</w:t>
      </w:r>
    </w:p>
    <w:p>
      <w:pPr>
        <w:pStyle w:val="ListBullet"/>
      </w:pPr>
      <w:r>
        <w:t>I visitatori vedono TUTTO su smartphone: foto, descrizione, orari, contatti di tutte le attività.</w:t>
      </w:r>
    </w:p>
    <w:p>
      <w:pPr>
        <w:pStyle w:val="ListBullet"/>
      </w:pPr>
      <w:r>
        <w:t>Cliccano su di voi, vedono i dettagli completi, vi contattano direttamente.</w:t>
      </w:r>
    </w:p>
    <w:p>
      <w:pPr>
        <w:pStyle w:val="ListBullet"/>
      </w:pPr>
      <w:r>
        <w:t>Voi promuovete sui vostri social, noi amplifichiamo sui nostri canali.</w:t>
      </w:r>
    </w:p>
    <w:p>
      <w:pPr>
        <w:pStyle w:val="Heading1"/>
      </w:pPr>
      <w:r>
        <w:t>IL FORM: COSA VI CHIEDIAMO</w:t>
      </w:r>
    </w:p>
    <w:p>
      <w:r>
        <w:rPr>
          <w:b/>
        </w:rPr>
        <w:t>Il form è SEMPLICE e VELOCE. Ci vogliono massimo 10 minuti.</w:t>
        <w:br/>
        <w:br/>
      </w:r>
      <w:r>
        <w:t>Campi da compilare:</w:t>
      </w:r>
    </w:p>
    <w:p>
      <w:pPr>
        <w:pStyle w:val="Heading2"/>
      </w:pPr>
      <w:r>
        <w:t>Nome Attività</w:t>
      </w:r>
    </w:p>
    <w:p>
      <w:pPr>
        <w:pStyle w:val="ListBullet"/>
      </w:pPr>
      <w:r>
        <w:t>Il vostro nome esattamente come lo usate (quello che i clienti conoscono).</w:t>
      </w:r>
    </w:p>
    <w:p>
      <w:pPr>
        <w:pStyle w:val="Heading2"/>
      </w:pPr>
      <w:r>
        <w:t>Categoria</w:t>
      </w:r>
    </w:p>
    <w:p>
      <w:pPr>
        <w:pStyle w:val="ListBullet"/>
      </w:pPr>
      <w:r>
        <w:t>Scegliete una categoria che vi rappresenta.</w:t>
      </w:r>
    </w:p>
    <w:p>
      <w:pPr>
        <w:pStyle w:val="ListBullet"/>
      </w:pPr>
      <w:r>
        <w:t>Ristorazione, Artigianato &amp; Negozi, Musica &amp; Intrattenimento, Benessere &amp; Bellezza, Ospitalità, Servizi Creativi, Altro.</w:t>
      </w:r>
    </w:p>
    <w:p>
      <w:pPr>
        <w:pStyle w:val="Heading2"/>
      </w:pPr>
      <w:r>
        <w:t>Indirizzo</w:t>
      </w:r>
    </w:p>
    <w:p>
      <w:pPr>
        <w:pStyle w:val="ListBullet"/>
      </w:pPr>
      <w:r>
        <w:t>L'indirizzo completo della vostra attività.</w:t>
      </w:r>
    </w:p>
    <w:p>
      <w:pPr>
        <w:pStyle w:val="Heading2"/>
      </w:pPr>
      <w:r>
        <w:t>Telefono</w:t>
      </w:r>
    </w:p>
    <w:p>
      <w:pPr>
        <w:pStyle w:val="ListBullet"/>
      </w:pPr>
      <w:r>
        <w:t>Il numero dove vi possono contattare durante il weekend.</w:t>
      </w:r>
    </w:p>
    <w:p>
      <w:pPr>
        <w:pStyle w:val="Heading2"/>
      </w:pPr>
      <w:r>
        <w:t>Email</w:t>
      </w:r>
    </w:p>
    <w:p>
      <w:pPr>
        <w:pStyle w:val="ListBullet"/>
      </w:pPr>
      <w:r>
        <w:t>Un'email per ricevere messaggi dai visitatori.</w:t>
      </w:r>
    </w:p>
    <w:p>
      <w:pPr>
        <w:pStyle w:val="Heading2"/>
      </w:pPr>
      <w:r>
        <w:t>Sito Web (FACOLTATIVO)</w:t>
      </w:r>
    </w:p>
    <w:p>
      <w:pPr>
        <w:pStyle w:val="ListBullet"/>
      </w:pPr>
      <w:r>
        <w:t>Se avete un sito, mettetelo. Se no, nessun problema.</w:t>
      </w:r>
    </w:p>
    <w:p>
      <w:pPr>
        <w:pStyle w:val="Heading2"/>
      </w:pPr>
      <w:r>
        <w:t>Descrizione Offerta Speciale (IMPORTANTE!)</w:t>
      </w:r>
    </w:p>
    <w:p>
      <w:pPr>
        <w:ind w:left="0"/>
      </w:pPr>
      <w:r>
        <w:t>Descrivete in 200-300 caratteri quello che offrite durante il weekend romantico. ESEMPI:</w:t>
        <w:br/>
        <w:br/>
      </w:r>
    </w:p>
    <w:p>
      <w:pPr>
        <w:pStyle w:val="ListBullet"/>
      </w:pPr>
      <w:r>
        <w:t>"Panzerotti d'autore su ceramica, menù degustazione, illuminazione a candela, musica soffusa, atmosfera intima."</w:t>
      </w:r>
    </w:p>
    <w:p>
      <w:pPr>
        <w:pStyle w:val="ListBullet"/>
      </w:pPr>
      <w:r>
        <w:t>"Vetrina coordinata tema romantico, workshop ceramica dal vivo, degustazione vini, sconto 15%."</w:t>
      </w:r>
    </w:p>
    <w:p>
      <w:pPr>
        <w:pStyle w:val="ListBullet"/>
      </w:pPr>
      <w:r>
        <w:t>"Musica live acustica 19-23, repertorio romantico italiano, atmosfera intima, prenotazione consigliata."</w:t>
      </w:r>
    </w:p>
    <w:p>
      <w:pPr>
        <w:pStyle w:val="Heading2"/>
      </w:pPr>
      <w:r>
        <w:t>Orari (Venerdì, Sabato, Domenica)</w:t>
      </w:r>
    </w:p>
    <w:p>
      <w:pPr>
        <w:pStyle w:val="ListBullet"/>
      </w:pPr>
      <w:r>
        <w:t>Scrivete gli orari di ogni giorno. Es: '19:00-23:00' oppure 'Chiuso' se non aprite.</w:t>
      </w:r>
    </w:p>
    <w:p>
      <w:pPr>
        <w:pStyle w:val="ListBullet"/>
      </w:pPr>
      <w:r>
        <w:t>Siate precisi! I visitatori arriveranno a queste ore esatte.</w:t>
      </w:r>
    </w:p>
    <w:p>
      <w:pPr>
        <w:pStyle w:val="Heading2"/>
      </w:pPr>
      <w:r>
        <w:t>Tre Foto (OBBLIGATORIO)</w:t>
      </w:r>
    </w:p>
    <w:p>
      <w:pPr>
        <w:pStyle w:val="ListBullet"/>
      </w:pPr>
      <w:r>
        <w:t>Foto 1: La PRINCIPALE (bella, ben illuminata).</w:t>
      </w:r>
    </w:p>
    <w:p>
      <w:pPr>
        <w:pStyle w:val="ListBullet"/>
      </w:pPr>
      <w:r>
        <w:t>Foto 2: L'interno o dettagli (atmosfera, arredamento).</w:t>
      </w:r>
    </w:p>
    <w:p>
      <w:pPr>
        <w:pStyle w:val="ListBullet"/>
      </w:pPr>
      <w:r>
        <w:t>Foto 3: Il prodotto/servizio (piatto, prodotti, spazio relax, ecc).</w:t>
      </w:r>
    </w:p>
    <w:p>
      <w:pPr>
        <w:pStyle w:val="Heading2"/>
      </w:pPr>
      <w:r>
        <w:t>Social (FACOLTATIVO)</w:t>
      </w:r>
    </w:p>
    <w:p>
      <w:pPr>
        <w:pStyle w:val="ListBullet"/>
      </w:pPr>
      <w:r>
        <w:t>Instagram, Facebook, TikTok se li avete. I visitatori vi seguiranno e noi amplifichiamo.</w:t>
      </w:r>
    </w:p>
    <w:p>
      <w:pPr>
        <w:pStyle w:val="Heading2"/>
      </w:pPr>
      <w:r>
        <w:t>Note Aggiuntive (FACOLTATIVO)</w:t>
      </w:r>
    </w:p>
    <w:p>
      <w:pPr>
        <w:pStyle w:val="ListBullet"/>
      </w:pPr>
      <w:r>
        <w:t>Qualsiasi cosa: 'Prenotazione necessaria', 'Parcheggio', 'Menu vegetariano', ecc.</w:t>
      </w:r>
    </w:p>
    <w:p>
      <w:r>
        <w:br w:type="page"/>
      </w:r>
    </w:p>
    <w:p>
      <w:pPr>
        <w:pStyle w:val="Heading1"/>
      </w:pPr>
      <w:r>
        <w:t>DOVE TROVARE IL FORM</w:t>
      </w:r>
    </w:p>
    <w:p>
      <w:pPr>
        <w:jc w:val="center"/>
      </w:pPr>
      <w:r>
        <w:rPr>
          <w:b/>
        </w:rPr>
        <w:t>https://docs.google.com/forms/d/e/1FAIpQLSe0TZ8Gw-mdVv30QDpGVpHs87rqJSe2KXDnF18Gq2zZeqfrHA/viewform</w:t>
      </w:r>
    </w:p>
    <w:p>
      <w:pPr>
        <w:jc w:val="both"/>
      </w:pPr>
      <w:r>
        <w:t>Aprite questo link da smartphone, tablet o computer. Non vi serve account Google. Compilate e inviate. Fatto!</w:t>
      </w:r>
    </w:p>
    <w:p>
      <w:pPr>
        <w:pStyle w:val="Heading1"/>
      </w:pPr>
      <w:r>
        <w:t>COSA SUCCEDE DOPO CHE COMPILATE</w:t>
      </w:r>
    </w:p>
    <w:p>
      <w:pPr>
        <w:pStyle w:val="ListBullet"/>
      </w:pPr>
      <w:r>
        <w:t>Subito: i vostri dati vanno in un database automaticamente.</w:t>
      </w:r>
    </w:p>
    <w:p>
      <w:pPr>
        <w:pStyle w:val="ListBullet"/>
      </w:pPr>
      <w:r>
        <w:t>Entro 24 ore: verifichiamo foto, descrizione, orari.</w:t>
      </w:r>
    </w:p>
    <w:p>
      <w:pPr>
        <w:pStyle w:val="ListBullet"/>
      </w:pPr>
      <w:r>
        <w:t>Entro 48 ore: la vostra attività appare sulla MAPPA INTERATTIVA.</w:t>
      </w:r>
    </w:p>
    <w:p>
      <w:pPr>
        <w:pStyle w:val="ListBullet"/>
      </w:pPr>
      <w:r>
        <w:t>I visitatori vi vedono: quando aprono procisternino.it/weekend-romantico/, vedono voi sulla mappa.</w:t>
      </w:r>
    </w:p>
    <w:p>
      <w:pPr>
        <w:pStyle w:val="Heading1"/>
      </w:pPr>
      <w:r>
        <w:t>LA MAPPA: COME I VISITATORI VI VEDRANNO</w:t>
      </w:r>
    </w:p>
    <w:p>
      <w:pPr>
        <w:pStyle w:val="ListBullet"/>
      </w:pPr>
      <w:r>
        <w:t>Una mappa bellissima con tutte le attività di Cisternino.</w:t>
      </w:r>
    </w:p>
    <w:p>
      <w:pPr>
        <w:pStyle w:val="ListBullet"/>
      </w:pPr>
      <w:r>
        <w:t>Bottoni per filtrare per categoria (click su 'Ristorazione' = vedono solo ristoranti).</w:t>
      </w:r>
    </w:p>
    <w:p>
      <w:pPr>
        <w:pStyle w:val="ListBullet"/>
      </w:pPr>
      <w:r>
        <w:t>Una griglia di SCHEDE: ogni scheda = vostra attività con foto, nome, indirizzo, descrizione breve.</w:t>
      </w:r>
    </w:p>
    <w:p>
      <w:pPr>
        <w:pStyle w:val="ListBullet"/>
      </w:pPr>
      <w:r>
        <w:t>Se cliccano 'DETTAGLI': vedono TUTTO (tutte le foto, descrizione completa, orari ogni giorno, social, contatti).</w:t>
      </w:r>
    </w:p>
    <w:p>
      <w:pPr>
        <w:pStyle w:val="ListBullet"/>
      </w:pPr>
      <w:r>
        <w:t>Possono condividere su WhatsApp con un click.</w:t>
      </w:r>
    </w:p>
    <w:p>
      <w:r>
        <w:rPr>
          <w:b/>
        </w:rPr>
        <w:br/>
        <w:t>INSOMMA: i visitatori hanno una guida completa. E voi siete lì, visibili, facili da trovare, facili da contattare.</w:t>
      </w:r>
    </w:p>
    <w:p>
      <w:pPr>
        <w:pStyle w:val="Heading1"/>
      </w:pPr>
      <w:r>
        <w:t>I VOSTRI COMPITI DURANTE IL WEEKEND</w:t>
      </w:r>
    </w:p>
    <w:p>
      <w:pPr>
        <w:pStyle w:val="ListBullet"/>
      </w:pPr>
      <w:r>
        <w:t>Realizzate la proposta (allestimento, offerta, esperienza) come l'avete descritta nel form.</w:t>
      </w:r>
    </w:p>
    <w:p>
      <w:pPr>
        <w:pStyle w:val="ListBullet"/>
      </w:pPr>
      <w:r>
        <w:t>Promuovete sui vostri social. Hashtag: #WeekendRomanticoCisternino #NottRomantica #CisterniniAmore</w:t>
      </w:r>
    </w:p>
    <w:p>
      <w:pPr>
        <w:pStyle w:val="ListBullet"/>
      </w:pPr>
      <w:r>
        <w:t>Rispettate gli orari che avete scritto nel form. I visitatori arriveranno a quell'ora esatta.</w:t>
      </w:r>
    </w:p>
    <w:p>
      <w:pPr>
        <w:pStyle w:val="ListBullet"/>
      </w:pPr>
      <w:r>
        <w:t>Accogliete bene. Un sorriso, una parola gentile. Questo è quello che ricorderanno.</w:t>
      </w:r>
    </w:p>
    <w:p>
      <w:pPr>
        <w:pStyle w:val="Heading1"/>
      </w:pPr>
      <w:r>
        <w:t>DOMANDE FREQUENTI</w:t>
      </w:r>
    </w:p>
    <w:p/>
    <w:p>
      <w:r>
        <w:rPr>
          <w:b/>
        </w:rPr>
        <w:t>D: Quando compilo il form?</w:t>
        <w:br/>
      </w:r>
      <w:r>
        <w:t>R: Entro il 5 GIUGNO 2026.</w:t>
        <w:br/>
        <w:br/>
      </w:r>
    </w:p>
    <w:p>
      <w:r>
        <w:rPr>
          <w:b/>
        </w:rPr>
        <w:t>D: Devo per forza 3 foto?</w:t>
        <w:br/>
      </w:r>
      <w:r>
        <w:t>R: Sì. Fanno la differenza! I visitatori decidono di visitarvi se vedono foto belle.</w:t>
        <w:br/>
        <w:br/>
      </w:r>
    </w:p>
    <w:p>
      <w:r>
        <w:rPr>
          <w:b/>
        </w:rPr>
        <w:t>D: Se non ho Instagram/Facebook?</w:t>
        <w:br/>
      </w:r>
      <w:r>
        <w:t>R: Nessun problema! I social sono facoltativi.</w:t>
        <w:br/>
        <w:br/>
      </w:r>
    </w:p>
    <w:p>
      <w:r>
        <w:rPr>
          <w:b/>
        </w:rPr>
        <w:t>D: Quanta gente verrà?</w:t>
        <w:br/>
      </w:r>
      <w:r>
        <w:t>R: Dipende da voi! Se promuovete, se la mappa vi rende visibili, se l'offerta è affascinante... aspettatevi tanti visitatori nuovi.</w:t>
        <w:br/>
        <w:br/>
      </w:r>
    </w:p>
    <w:p>
      <w:r>
        <w:rPr>
          <w:b/>
        </w:rPr>
        <w:t>D: Sono un'associazione, posso partecipare?</w:t>
        <w:br/>
      </w:r>
      <w:r>
        <w:t>R: Assolutamente SÌ! Le associazioni sono fondamentali. Potete proporre laboratori, momenti di aggregazione, intrattenimento.</w:t>
      </w:r>
    </w:p>
    <w:p/>
    <w:p>
      <w:pPr>
        <w:jc w:val="center"/>
      </w:pPr>
      <w:r>
        <w:rPr>
          <w:b/>
          <w:color w:val="D4A574"/>
        </w:rPr>
        <w:br/>
        <w:t>SCADENZA: 5 GIUGNO 2026</w:t>
        <w:br/>
        <w:br/>
      </w:r>
      <w:r>
        <w:t>Domande? procisternino@gmail.com | WhatsApp</w:t>
        <w:br/>
        <w:br/>
        <w:t>Vi aspettiamo!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